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i w:val="0"/>
          <w:color w:val="3E3A6F"/>
          <w:sz w:val="48"/>
        </w:rPr>
        <w:t>BASE ITALIA</w:t>
      </w:r>
    </w:p>
    <w:p>
      <w:pPr>
        <w:jc w:val="center"/>
      </w:pPr>
      <w:r>
        <w:rPr>
          <w:b/>
          <w:i w:val="0"/>
          <w:color w:val="3E3A6F"/>
          <w:sz w:val="36"/>
        </w:rPr>
        <w:t>Lezione 09.3 · Superlativi</w:t>
      </w:r>
    </w:p>
    <w:p>
      <w:pPr>
        <w:jc w:val="center"/>
      </w:pPr>
      <w:r>
        <w:rPr>
          <w:b w:val="0"/>
          <w:i w:val="0"/>
          <w:sz w:val="24"/>
        </w:rPr>
        <w:t>molto + aggettivo · -issimo · il/la/i/le più/meno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EAF7"/>
          </w:tcPr>
          <w:p>
            <w:pPr>
              <w:spacing w:after="0"/>
            </w:pPr>
            <w:r>
              <w:rPr>
                <w:b w:val="0"/>
                <w:i w:val="0"/>
              </w:rPr>
              <w:t>Scopo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Intensificar descripciones y expresar cuál es el elemento más o menos destacado dentro de un grupo.</w:t>
            </w:r>
          </w:p>
        </w:tc>
      </w:tr>
    </w:tbl>
    <w:p/>
    <w:p>
      <w:pPr>
        <w:pStyle w:val="Heading1"/>
      </w:pPr>
      <w:r>
        <w:t>A. CAPISCO</w:t>
      </w:r>
    </w:p>
    <w:p>
      <w:pPr>
        <w:pStyle w:val="SectionLabel"/>
      </w:pPr>
      <w:r>
        <w:t>Regole essenziali</w:t>
      </w:r>
    </w:p>
    <w:p>
      <w:pPr>
        <w:pStyle w:val="Heading2"/>
      </w:pPr>
      <w:r>
        <w:t>1. Grado positivo intensificato</w:t>
      </w:r>
    </w:p>
    <w:p>
      <w:r>
        <w:rPr>
          <w:b/>
          <w:i w:val="0"/>
          <w:color w:val="3E3A6F"/>
        </w:rPr>
        <w:t>molto</w:t>
      </w:r>
      <w:r>
        <w:rPr>
          <w:b w:val="0"/>
          <w:i w:val="0"/>
        </w:rPr>
        <w:t xml:space="preserve"> è un avverbio di grado: intensifica l’aggettivo e non cambia.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EAF7"/>
          </w:tcPr>
          <w:p>
            <w:pPr>
              <w:spacing w:after="0"/>
            </w:pPr>
            <w:r>
              <w:rPr>
                <w:b w:val="0"/>
                <w:i w:val="0"/>
              </w:rPr>
              <w:t>molto comodo · molto comoda · molto comodi · molto comode</w:t>
            </w:r>
          </w:p>
        </w:tc>
      </w:tr>
    </w:tbl>
    <w:p/>
    <w:p>
      <w:pPr>
        <w:pStyle w:val="Heading2"/>
      </w:pPr>
      <w:r>
        <w:t>2. Superlativo assoluto</w:t>
      </w:r>
    </w:p>
    <w:p>
      <w:r>
        <w:rPr>
          <w:b/>
          <w:i w:val="0"/>
          <w:color w:val="3E3A6F"/>
        </w:rPr>
        <w:t>-issimo</w:t>
      </w:r>
      <w:r>
        <w:rPr>
          <w:b w:val="0"/>
          <w:i w:val="0"/>
        </w:rPr>
        <w:t xml:space="preserve"> è un suffisso di superlativo. Si aggiunge all’aggettivo e concorda in genere e numero.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EAF7"/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3456"/>
            <w:shd w:fill="EEEAF7"/>
            <w:vAlign w:val="center"/>
          </w:tcPr>
          <w:p>
            <w:pPr>
              <w:spacing w:after="0"/>
              <w:jc w:val="center"/>
            </w:pPr>
            <w:r>
              <w:t>Maschile</w:t>
            </w:r>
          </w:p>
        </w:tc>
        <w:tc>
          <w:tcPr>
            <w:tcW w:type="dxa" w:w="3456"/>
            <w:shd w:fill="EEEAF7"/>
            <w:vAlign w:val="center"/>
          </w:tcPr>
          <w:p>
            <w:pPr>
              <w:spacing w:after="0"/>
              <w:jc w:val="center"/>
            </w:pPr>
            <w:r>
              <w:t>Femminile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  <w:jc w:val="center"/>
            </w:pPr>
            <w:r>
              <w:t>Singolare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  <w:jc w:val="center"/>
            </w:pPr>
            <w:r>
              <w:t>comodissimo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  <w:jc w:val="center"/>
            </w:pPr>
            <w:r>
              <w:t>comodissima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0"/>
              <w:jc w:val="center"/>
            </w:pPr>
            <w:r>
              <w:t>Plurale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  <w:jc w:val="center"/>
            </w:pPr>
            <w:r>
              <w:t>comodissimi</w:t>
            </w:r>
          </w:p>
        </w:tc>
        <w:tc>
          <w:tcPr>
            <w:tcW w:type="dxa" w:w="3456"/>
            <w:vAlign w:val="center"/>
          </w:tcPr>
          <w:p>
            <w:pPr>
              <w:spacing w:after="0"/>
              <w:jc w:val="center"/>
            </w:pPr>
            <w:r>
              <w:t>comodissime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EAF7"/>
          </w:tcPr>
          <w:p>
            <w:pPr>
              <w:spacing w:after="0"/>
            </w:pPr>
            <w:r>
              <w:rPr>
                <w:b w:val="0"/>
                <w:i w:val="0"/>
              </w:rPr>
              <w:t>La camera è molto comoda.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La camera è comodissima.</w:t>
            </w:r>
          </w:p>
        </w:tc>
      </w:tr>
    </w:tbl>
    <w:p/>
    <w:p>
      <w:pPr>
        <w:pStyle w:val="Heading2"/>
      </w:pPr>
      <w:r>
        <w:t>3. Superlativo relativo</w:t>
      </w:r>
    </w:p>
    <w:p>
      <w:r>
        <w:t>Indica l’elemento che si distingue di più o di meno all’interno di un gruppo.</w:t>
      </w:r>
    </w:p>
    <w:p>
      <w:r>
        <w:rPr>
          <w:b/>
          <w:i w:val="0"/>
          <w:color w:val="3E3A6F"/>
        </w:rPr>
        <w:t>articolo + più / meno + aggettivo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EAF7"/>
          </w:tcPr>
          <w:p>
            <w:pPr>
              <w:spacing w:after="0"/>
            </w:pPr>
            <w:r>
              <w:rPr>
                <w:b w:val="0"/>
                <w:i w:val="0"/>
              </w:rPr>
              <w:t>La camera è la più comoda dell’albergo.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La camera è la meno rumorosa dell’albergo.</w:t>
            </w:r>
          </w:p>
        </w:tc>
      </w:tr>
    </w:tbl>
    <w:p/>
    <w:p>
      <w:r>
        <w:t>L’articolo e l’aggettivo concordano con il sostantivo: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EAF7"/>
          </w:tcPr>
          <w:p>
            <w:pPr>
              <w:spacing w:after="0"/>
            </w:pPr>
            <w:r>
              <w:rPr>
                <w:b w:val="0"/>
                <w:i w:val="0"/>
              </w:rPr>
              <w:t>il più comodo · la più comoda · i più comodi · le più comode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il meno comodo · la meno comoda · i meno comodi · le meno comode</w:t>
            </w:r>
          </w:p>
        </w:tc>
      </w:tr>
    </w:tbl>
    <w:p/>
    <w:p>
      <w:pPr>
        <w:pStyle w:val="Heading2"/>
      </w:pPr>
      <w:r>
        <w:t>4. RIMANERE · famiglia -GO / -GONO</w:t>
      </w:r>
    </w:p>
    <w:p>
      <w:r>
        <w:t>Le forme di io e loro incorporano g: rimango / rimangono.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EEAF7"/>
          </w:tcPr>
          <w:p>
            <w:pPr>
              <w:spacing w:after="0"/>
              <w:jc w:val="center"/>
            </w:pPr>
            <w:r>
              <w:t>io</w:t>
            </w:r>
          </w:p>
        </w:tc>
        <w:tc>
          <w:tcPr>
            <w:tcW w:type="dxa" w:w="1728"/>
            <w:shd w:fill="EEEAF7"/>
          </w:tcPr>
          <w:p>
            <w:pPr>
              <w:spacing w:after="0"/>
              <w:jc w:val="center"/>
            </w:pPr>
            <w:r>
              <w:t>tu</w:t>
            </w:r>
          </w:p>
        </w:tc>
        <w:tc>
          <w:tcPr>
            <w:tcW w:type="dxa" w:w="1728"/>
            <w:shd w:fill="EEEAF7"/>
          </w:tcPr>
          <w:p>
            <w:pPr>
              <w:spacing w:after="0"/>
              <w:jc w:val="center"/>
            </w:pPr>
            <w:r>
              <w:t>lui/lei</w:t>
            </w:r>
          </w:p>
        </w:tc>
        <w:tc>
          <w:tcPr>
            <w:tcW w:type="dxa" w:w="1728"/>
            <w:shd w:fill="EEEAF7"/>
          </w:tcPr>
          <w:p>
            <w:pPr>
              <w:spacing w:after="0"/>
              <w:jc w:val="center"/>
            </w:pPr>
            <w:r>
              <w:t>noi</w:t>
            </w:r>
          </w:p>
        </w:tc>
        <w:tc>
          <w:tcPr>
            <w:tcW w:type="dxa" w:w="1728"/>
            <w:shd w:fill="EEEAF7"/>
          </w:tcPr>
          <w:p>
            <w:pPr>
              <w:spacing w:after="0"/>
              <w:jc w:val="center"/>
            </w:pPr>
            <w:r>
              <w:t>voi</w:t>
            </w:r>
          </w:p>
        </w:tc>
        <w:tc>
          <w:tcPr>
            <w:tcW w:type="dxa" w:w="1728"/>
            <w:shd w:fill="EEEAF7"/>
          </w:tcPr>
          <w:p>
            <w:pPr>
              <w:spacing w:after="0"/>
              <w:jc w:val="center"/>
            </w:pPr>
            <w:r>
              <w:t>loro</w:t>
            </w:r>
          </w:p>
        </w:tc>
      </w:tr>
      <w:tr>
        <w:tc>
          <w:tcPr>
            <w:tcW w:type="dxa" w:w="1728"/>
          </w:tcPr>
          <w:p>
            <w:pPr>
              <w:spacing w:after="0"/>
              <w:jc w:val="center"/>
            </w:pPr>
            <w:r>
              <w:t>rimango</w:t>
            </w:r>
          </w:p>
        </w:tc>
        <w:tc>
          <w:tcPr>
            <w:tcW w:type="dxa" w:w="1728"/>
          </w:tcPr>
          <w:p>
            <w:pPr>
              <w:spacing w:after="0"/>
              <w:jc w:val="center"/>
            </w:pPr>
            <w:r>
              <w:t>rimani</w:t>
            </w:r>
          </w:p>
        </w:tc>
        <w:tc>
          <w:tcPr>
            <w:tcW w:type="dxa" w:w="1728"/>
          </w:tcPr>
          <w:p>
            <w:pPr>
              <w:spacing w:after="0"/>
              <w:jc w:val="center"/>
            </w:pPr>
            <w:r>
              <w:t>rimane</w:t>
            </w:r>
          </w:p>
        </w:tc>
        <w:tc>
          <w:tcPr>
            <w:tcW w:type="dxa" w:w="1728"/>
          </w:tcPr>
          <w:p>
            <w:pPr>
              <w:spacing w:after="0"/>
              <w:jc w:val="center"/>
            </w:pPr>
            <w:r>
              <w:t>rimaniamo</w:t>
            </w:r>
          </w:p>
        </w:tc>
        <w:tc>
          <w:tcPr>
            <w:tcW w:type="dxa" w:w="1728"/>
          </w:tcPr>
          <w:p>
            <w:pPr>
              <w:spacing w:after="0"/>
              <w:jc w:val="center"/>
            </w:pPr>
            <w:r>
              <w:t>rimanete</w:t>
            </w:r>
          </w:p>
        </w:tc>
        <w:tc>
          <w:tcPr>
            <w:tcW w:type="dxa" w:w="1728"/>
          </w:tcPr>
          <w:p>
            <w:pPr>
              <w:spacing w:after="0"/>
              <w:jc w:val="center"/>
            </w:pPr>
            <w:r>
              <w:t>rimangono</w:t>
            </w:r>
          </w:p>
        </w:tc>
      </w:tr>
    </w:tbl>
    <w:p>
      <w:pPr>
        <w:pStyle w:val="Heading1"/>
      </w:pPr>
      <w:r>
        <w:t>B. PRATICO</w:t>
      </w:r>
    </w:p>
    <w:p>
      <w:pPr>
        <w:pStyle w:val="SectionLabel"/>
      </w:pPr>
      <w:r>
        <w:t>Esercizi · Pon en práctica lo aprendido</w:t>
      </w:r>
    </w:p>
    <w:p>
      <w:pPr>
        <w:pStyle w:val="Heading2"/>
      </w:pPr>
      <w:r>
        <w:rPr>
          <w:b/>
          <w:i w:val="0"/>
          <w:color w:val="3E3A6F"/>
        </w:rPr>
        <w:t>Esercizio 1 · Riconosco</w:t>
      </w:r>
    </w:p>
    <w:p>
      <w:pPr>
        <w:spacing w:after="80"/>
      </w:pPr>
      <w:r>
        <w:t>Indica quale struttura appare in ogni frase: A) grado positivo intensificato · B) superlativo assoluto · C) superlativo relativo di superiorità · D) superlativo relativo di inferiorità.</w:t>
      </w:r>
    </w:p>
    <w:p>
      <w:pPr>
        <w:spacing w:after="40"/>
      </w:pPr>
      <w:r>
        <w:rPr>
          <w:b/>
          <w:i w:val="0"/>
          <w:color w:val="3E3A6F"/>
        </w:rPr>
        <w:t xml:space="preserve">1. </w:t>
      </w:r>
      <w:r>
        <w:rPr>
          <w:b w:val="0"/>
          <w:i w:val="0"/>
        </w:rPr>
        <w:t>La camera è molto comoda.  ______</w:t>
      </w:r>
    </w:p>
    <w:p>
      <w:pPr>
        <w:spacing w:after="40"/>
      </w:pPr>
      <w:r>
        <w:rPr>
          <w:b/>
          <w:i w:val="0"/>
          <w:color w:val="3E3A6F"/>
        </w:rPr>
        <w:t xml:space="preserve">2. </w:t>
      </w:r>
      <w:r>
        <w:rPr>
          <w:b w:val="0"/>
          <w:i w:val="0"/>
        </w:rPr>
        <w:t>Il borgo è piccolissimo.  ______</w:t>
      </w:r>
    </w:p>
    <w:p>
      <w:pPr>
        <w:spacing w:after="40"/>
      </w:pPr>
      <w:r>
        <w:rPr>
          <w:b/>
          <w:i w:val="0"/>
          <w:color w:val="3E3A6F"/>
        </w:rPr>
        <w:t xml:space="preserve">3. </w:t>
      </w:r>
      <w:r>
        <w:rPr>
          <w:b w:val="0"/>
          <w:i w:val="0"/>
        </w:rPr>
        <w:t>Questa è la piazza più tranquilla della zona.  ______</w:t>
      </w:r>
    </w:p>
    <w:p>
      <w:pPr>
        <w:spacing w:after="40"/>
      </w:pPr>
      <w:r>
        <w:rPr>
          <w:b/>
          <w:i w:val="0"/>
          <w:color w:val="3E3A6F"/>
        </w:rPr>
        <w:t xml:space="preserve">4. </w:t>
      </w:r>
      <w:r>
        <w:rPr>
          <w:b w:val="0"/>
          <w:i w:val="0"/>
        </w:rPr>
        <w:t>È la camera meno rumorosa dell’albergo.  ______</w:t>
      </w:r>
    </w:p>
    <w:p>
      <w:pPr>
        <w:spacing w:after="40"/>
      </w:pPr>
      <w:r>
        <w:rPr>
          <w:b/>
          <w:i w:val="0"/>
          <w:color w:val="3E3A6F"/>
        </w:rPr>
        <w:t xml:space="preserve">5. </w:t>
      </w:r>
      <w:r>
        <w:rPr>
          <w:b w:val="0"/>
          <w:i w:val="0"/>
        </w:rPr>
        <w:t>Il lago è freddissimo.  ______</w:t>
      </w:r>
    </w:p>
    <w:p>
      <w:pPr>
        <w:pStyle w:val="Heading2"/>
      </w:pPr>
      <w:r>
        <w:rPr>
          <w:b/>
          <w:i w:val="0"/>
          <w:color w:val="3E3A6F"/>
        </w:rPr>
        <w:t>Esercizio 2 · Trasformo</w:t>
      </w:r>
    </w:p>
    <w:p>
      <w:pPr>
        <w:spacing w:after="80"/>
      </w:pPr>
      <w:r>
        <w:t>Trasforma molto + aggettivo usando -issimo. Mantieni la concordanza di genere e numero.</w:t>
      </w:r>
    </w:p>
    <w:p>
      <w:pPr>
        <w:spacing w:after="40"/>
      </w:pPr>
      <w:r>
        <w:rPr>
          <w:b/>
          <w:i w:val="0"/>
          <w:color w:val="3E3A6F"/>
        </w:rPr>
        <w:t xml:space="preserve">6. </w:t>
      </w:r>
      <w:r>
        <w:rPr>
          <w:b w:val="0"/>
          <w:i w:val="0"/>
        </w:rPr>
        <w:t>La camera è molto comoda. → La camera è ____________________.</w:t>
      </w:r>
    </w:p>
    <w:p>
      <w:pPr>
        <w:spacing w:after="40"/>
      </w:pPr>
      <w:r>
        <w:rPr>
          <w:b/>
          <w:i w:val="0"/>
          <w:color w:val="3E3A6F"/>
        </w:rPr>
        <w:t xml:space="preserve">7. </w:t>
      </w:r>
      <w:r>
        <w:rPr>
          <w:b w:val="0"/>
          <w:i w:val="0"/>
        </w:rPr>
        <w:t>Il borgo è molto piccolo. → Il borgo è ____________________.</w:t>
      </w:r>
    </w:p>
    <w:p>
      <w:pPr>
        <w:spacing w:after="40"/>
      </w:pPr>
      <w:r>
        <w:rPr>
          <w:b/>
          <w:i w:val="0"/>
          <w:color w:val="3E3A6F"/>
        </w:rPr>
        <w:t xml:space="preserve">8. </w:t>
      </w:r>
      <w:r>
        <w:rPr>
          <w:b w:val="0"/>
          <w:i w:val="0"/>
        </w:rPr>
        <w:t>Le camere sono molto comode. → Le camere sono ____________________.</w:t>
      </w:r>
    </w:p>
    <w:p>
      <w:pPr>
        <w:spacing w:after="40"/>
      </w:pPr>
      <w:r>
        <w:rPr>
          <w:b/>
          <w:i w:val="0"/>
          <w:color w:val="3E3A6F"/>
        </w:rPr>
        <w:t xml:space="preserve">9. </w:t>
      </w:r>
      <w:r>
        <w:rPr>
          <w:b w:val="0"/>
          <w:i w:val="0"/>
        </w:rPr>
        <w:t>I borghi sono molto tranquilli. → I borghi sono ____________________.</w:t>
      </w:r>
    </w:p>
    <w:p>
      <w:pPr>
        <w:spacing w:after="40"/>
      </w:pPr>
      <w:r>
        <w:rPr>
          <w:b/>
          <w:i w:val="0"/>
          <w:color w:val="3E3A6F"/>
        </w:rPr>
        <w:t xml:space="preserve">10. </w:t>
      </w:r>
      <w:r>
        <w:rPr>
          <w:b w:val="0"/>
          <w:i w:val="0"/>
        </w:rPr>
        <w:t>La pizza è molto saporita. → La pizza è ____________________.</w:t>
      </w:r>
    </w:p>
    <w:p>
      <w:pPr>
        <w:pStyle w:val="Heading2"/>
      </w:pPr>
      <w:r>
        <w:rPr>
          <w:b/>
          <w:i w:val="0"/>
          <w:color w:val="3E3A6F"/>
        </w:rPr>
        <w:t>Esercizio 3 · Concordo</w:t>
      </w:r>
    </w:p>
    <w:p>
      <w:pPr>
        <w:spacing w:after="80"/>
      </w:pPr>
      <w:r>
        <w:t>Sottolinea la terminazione corretta del superlativo.</w:t>
      </w:r>
    </w:p>
    <w:p>
      <w:pPr>
        <w:spacing w:after="40"/>
      </w:pPr>
      <w:r>
        <w:rPr>
          <w:b/>
          <w:i w:val="0"/>
          <w:color w:val="3E3A6F"/>
        </w:rPr>
        <w:t xml:space="preserve">11. </w:t>
      </w:r>
      <w:r>
        <w:rPr>
          <w:b w:val="0"/>
          <w:i w:val="0"/>
        </w:rPr>
        <w:t>un albergo comodissim(o / a / i / e)</w:t>
      </w:r>
    </w:p>
    <w:p>
      <w:pPr>
        <w:spacing w:after="40"/>
      </w:pPr>
      <w:r>
        <w:rPr>
          <w:b/>
          <w:i w:val="0"/>
          <w:color w:val="3E3A6F"/>
        </w:rPr>
        <w:t xml:space="preserve">12. </w:t>
      </w:r>
      <w:r>
        <w:rPr>
          <w:b w:val="0"/>
          <w:i w:val="0"/>
        </w:rPr>
        <w:t>due camere comodissim(o / a / i / e)</w:t>
      </w:r>
    </w:p>
    <w:p>
      <w:pPr>
        <w:spacing w:after="40"/>
      </w:pPr>
      <w:r>
        <w:rPr>
          <w:b/>
          <w:i w:val="0"/>
          <w:color w:val="3E3A6F"/>
        </w:rPr>
        <w:t xml:space="preserve">13. </w:t>
      </w:r>
      <w:r>
        <w:rPr>
          <w:b w:val="0"/>
          <w:i w:val="0"/>
        </w:rPr>
        <w:t>una strada strettissim(o / a / i / e)</w:t>
      </w:r>
    </w:p>
    <w:p>
      <w:pPr>
        <w:spacing w:after="40"/>
      </w:pPr>
      <w:r>
        <w:rPr>
          <w:b/>
          <w:i w:val="0"/>
          <w:color w:val="3E3A6F"/>
        </w:rPr>
        <w:t xml:space="preserve">14. </w:t>
      </w:r>
      <w:r>
        <w:rPr>
          <w:b w:val="0"/>
          <w:i w:val="0"/>
        </w:rPr>
        <w:t>due borghi piccolissim(o / a / i / e)</w:t>
      </w:r>
    </w:p>
    <w:p>
      <w:pPr>
        <w:spacing w:after="40"/>
      </w:pPr>
      <w:r>
        <w:rPr>
          <w:b/>
          <w:i w:val="0"/>
          <w:color w:val="3E3A6F"/>
        </w:rPr>
        <w:t xml:space="preserve">15. </w:t>
      </w:r>
      <w:r>
        <w:rPr>
          <w:b w:val="0"/>
          <w:i w:val="0"/>
        </w:rPr>
        <w:t>una pizza saporitissim(o / a / i / e)</w:t>
      </w:r>
    </w:p>
    <w:p>
      <w:pPr>
        <w:pStyle w:val="Heading2"/>
      </w:pPr>
      <w:r>
        <w:rPr>
          <w:b/>
          <w:i w:val="0"/>
          <w:color w:val="3E3A6F"/>
        </w:rPr>
        <w:t>Esercizio 4 · Più o meno?</w:t>
      </w:r>
    </w:p>
    <w:p>
      <w:pPr>
        <w:spacing w:after="80"/>
      </w:pPr>
      <w:r>
        <w:t>Completa la frase italiana usando il superlativo relativo che corrisponde alla frase in spagnolo. Esempio: «Esta es la habitación más cómoda del hotel» → Questa è la camera più comoda dell’albergo.</w:t>
      </w:r>
    </w:p>
    <w:p>
      <w:r>
        <w:rPr>
          <w:b/>
          <w:i w:val="0"/>
          <w:color w:val="3E3A6F"/>
        </w:rPr>
        <w:t xml:space="preserve">16. </w:t>
      </w:r>
      <w:r>
        <w:rPr>
          <w:b w:val="0"/>
          <w:i/>
        </w:rPr>
        <w:t>Esta es la habitación más tranquila del hotel.</w:t>
      </w:r>
    </w:p>
    <w:p>
      <w:pPr>
        <w:ind w:left="259"/>
      </w:pPr>
      <w:r>
        <w:t>Questa è __________________________________________ dell’albergo.</w:t>
      </w:r>
    </w:p>
    <w:p>
      <w:r>
        <w:rPr>
          <w:b/>
          <w:i w:val="0"/>
          <w:color w:val="3E3A6F"/>
        </w:rPr>
        <w:t xml:space="preserve">17. </w:t>
      </w:r>
      <w:r>
        <w:rPr>
          <w:b w:val="0"/>
          <w:i/>
        </w:rPr>
        <w:t>Este es el hotel menos ruidoso de la zona.</w:t>
      </w:r>
    </w:p>
    <w:p>
      <w:pPr>
        <w:ind w:left="259"/>
      </w:pPr>
      <w:r>
        <w:t>Questo è __________________________________________ della zona.</w:t>
      </w:r>
    </w:p>
    <w:p>
      <w:r>
        <w:rPr>
          <w:b/>
          <w:i w:val="0"/>
          <w:color w:val="3E3A6F"/>
        </w:rPr>
        <w:t xml:space="preserve">18. </w:t>
      </w:r>
      <w:r>
        <w:rPr>
          <w:b w:val="0"/>
          <w:i/>
        </w:rPr>
        <w:t>Estas son las habitaciones más cómodas del hotel.</w:t>
      </w:r>
    </w:p>
    <w:p>
      <w:pPr>
        <w:ind w:left="259"/>
      </w:pPr>
      <w:r>
        <w:t>Queste sono _______________________________________ dell’albergo.</w:t>
      </w:r>
    </w:p>
    <w:p>
      <w:r>
        <w:rPr>
          <w:b/>
          <w:i w:val="0"/>
          <w:color w:val="3E3A6F"/>
        </w:rPr>
        <w:t xml:space="preserve">19. </w:t>
      </w:r>
      <w:r>
        <w:rPr>
          <w:b w:val="0"/>
          <w:i/>
        </w:rPr>
        <w:t>Este es el pueblo más pequeño de la zona.</w:t>
      </w:r>
    </w:p>
    <w:p>
      <w:pPr>
        <w:ind w:left="259"/>
      </w:pPr>
      <w:r>
        <w:t>Questo è __________________________________________ della zona.</w:t>
      </w:r>
    </w:p>
    <w:p>
      <w:r>
        <w:rPr>
          <w:b/>
          <w:i w:val="0"/>
          <w:color w:val="3E3A6F"/>
        </w:rPr>
        <w:t xml:space="preserve">20. </w:t>
      </w:r>
      <w:r>
        <w:rPr>
          <w:b w:val="0"/>
          <w:i/>
        </w:rPr>
        <w:t>Esta es la calle menos estrecha de la zona.</w:t>
      </w:r>
    </w:p>
    <w:p>
      <w:pPr>
        <w:ind w:left="259"/>
      </w:pPr>
      <w:r>
        <w:t>Questa è __________________________________________ della zona.</w:t>
      </w:r>
    </w:p>
    <w:p>
      <w:pPr>
        <w:pStyle w:val="Heading2"/>
      </w:pPr>
      <w:r>
        <w:rPr>
          <w:b/>
          <w:i w:val="0"/>
          <w:color w:val="3E3A6F"/>
        </w:rPr>
        <w:t>Esercizio 5 · Trasforma</w:t>
      </w:r>
    </w:p>
    <w:p>
      <w:pPr>
        <w:spacing w:after="80"/>
      </w:pPr>
      <w:r>
        <w:t>Riscrivi la frase usando la struttura indicata, senza cambiare il significato principale.</w:t>
      </w:r>
    </w:p>
    <w:p>
      <w:pPr>
        <w:spacing w:after="40"/>
      </w:pPr>
      <w:r>
        <w:rPr>
          <w:b/>
          <w:i w:val="0"/>
          <w:color w:val="3E3A6F"/>
        </w:rPr>
        <w:t xml:space="preserve">21. </w:t>
      </w:r>
      <w:r>
        <w:rPr>
          <w:b w:val="0"/>
          <w:i w:val="0"/>
        </w:rPr>
        <w:t>La camera è molto comoda. → usa -issimo: ______________________________</w:t>
      </w:r>
    </w:p>
    <w:p>
      <w:pPr>
        <w:spacing w:after="40"/>
      </w:pPr>
      <w:r>
        <w:rPr>
          <w:b/>
          <w:i w:val="0"/>
          <w:color w:val="3E3A6F"/>
        </w:rPr>
        <w:t xml:space="preserve">22. </w:t>
      </w:r>
      <w:r>
        <w:rPr>
          <w:b w:val="0"/>
          <w:i w:val="0"/>
        </w:rPr>
        <w:t>La strada è molto stretta. → usa -issimo: _______________________________</w:t>
      </w:r>
    </w:p>
    <w:p>
      <w:pPr>
        <w:spacing w:after="40"/>
      </w:pPr>
      <w:r>
        <w:rPr>
          <w:b/>
          <w:i w:val="0"/>
          <w:color w:val="3E3A6F"/>
        </w:rPr>
        <w:t xml:space="preserve">23. </w:t>
      </w:r>
      <w:r>
        <w:rPr>
          <w:b w:val="0"/>
          <w:i w:val="0"/>
        </w:rPr>
        <w:t>Questa camera è più tranquilla di tutte le altre. → usa il superlativo relativo: ______________________________</w:t>
      </w:r>
    </w:p>
    <w:p>
      <w:pPr>
        <w:spacing w:after="40"/>
      </w:pPr>
      <w:r>
        <w:rPr>
          <w:b/>
          <w:i w:val="0"/>
          <w:color w:val="3E3A6F"/>
        </w:rPr>
        <w:t xml:space="preserve">24. </w:t>
      </w:r>
      <w:r>
        <w:rPr>
          <w:b w:val="0"/>
          <w:i w:val="0"/>
        </w:rPr>
        <w:t>Questo albergo è meno rumoroso di tutti gli altri. → usa il superlativo relativo: ______________________________</w:t>
      </w:r>
    </w:p>
    <w:p>
      <w:pPr>
        <w:spacing w:after="40"/>
      </w:pPr>
      <w:r>
        <w:rPr>
          <w:b/>
          <w:i w:val="0"/>
          <w:color w:val="3E3A6F"/>
        </w:rPr>
        <w:t xml:space="preserve">25. </w:t>
      </w:r>
      <w:r>
        <w:rPr>
          <w:b w:val="0"/>
          <w:i w:val="0"/>
        </w:rPr>
        <w:t>La pizza è molto saporita. → usa -issimo: _______________________________</w:t>
      </w:r>
    </w:p>
    <w:p>
      <w:r>
        <w:br w:type="page"/>
      </w:r>
    </w:p>
    <w:p>
      <w:pPr>
        <w:pStyle w:val="Heading1"/>
      </w:pPr>
      <w:r>
        <w:t>C. LEGGO</w:t>
      </w:r>
    </w:p>
    <w:p>
      <w:pPr>
        <w:pStyle w:val="Heading2"/>
      </w:pPr>
      <w:r>
        <w:rPr>
          <w:b/>
          <w:i w:val="0"/>
          <w:color w:val="3E3A6F"/>
        </w:rPr>
        <w:t>Esercizio 6 · Un soggiorno in Italia</w:t>
      </w:r>
    </w:p>
    <w:p>
      <w:pPr>
        <w:spacing w:after="80"/>
      </w:pPr>
      <w:r>
        <w:t>Leggi il testo e scegli la risposta corretta.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EAF7"/>
          </w:tcPr>
          <w:p>
            <w:pPr>
              <w:spacing w:after="0"/>
            </w:pPr>
            <w:r>
              <w:rPr>
                <w:b w:val="0"/>
                <w:i w:val="0"/>
              </w:rPr>
              <w:t>Siamo in un piccolo albergo vicino al lago. La zona è tranquillissima. Abbiamo due camere: la mia è la più grande dell’albergo, ma anche la più rumorosa. La camera di Marta è più piccola, ma comodissima. Rimaniamo qui tre giorni. Amo questo posto. La piazza è molto bella e mangiamo una pizza saporitissima.</w:t>
            </w:r>
          </w:p>
        </w:tc>
      </w:tr>
    </w:tbl>
    <w:p/>
    <w:p>
      <w:r>
        <w:rPr>
          <w:b/>
          <w:i w:val="0"/>
          <w:color w:val="3E3A6F"/>
        </w:rPr>
        <w:t xml:space="preserve">26. </w:t>
      </w:r>
      <w:r>
        <w:rPr>
          <w:b/>
          <w:i w:val="0"/>
        </w:rPr>
        <w:t>Dove sono?</w:t>
      </w:r>
    </w:p>
    <w:p>
      <w:pPr>
        <w:ind w:left="259"/>
      </w:pPr>
      <w:r>
        <w:t>A) In un appartamento   B) In un albergo   C) In una stazione</w:t>
      </w:r>
    </w:p>
    <w:p>
      <w:r>
        <w:rPr>
          <w:b/>
          <w:i w:val="0"/>
          <w:color w:val="3E3A6F"/>
        </w:rPr>
        <w:t xml:space="preserve">27. </w:t>
      </w:r>
      <w:r>
        <w:rPr>
          <w:b/>
          <w:i w:val="0"/>
        </w:rPr>
        <w:t>Com’è la zona?</w:t>
      </w:r>
    </w:p>
    <w:p>
      <w:pPr>
        <w:ind w:left="259"/>
      </w:pPr>
      <w:r>
        <w:t>A) Molto rumorosa   B) Tranquillissima   C) Stretta</w:t>
      </w:r>
    </w:p>
    <w:p>
      <w:r>
        <w:rPr>
          <w:b/>
          <w:i w:val="0"/>
          <w:color w:val="3E3A6F"/>
        </w:rPr>
        <w:t xml:space="preserve">28. </w:t>
      </w:r>
      <w:r>
        <w:rPr>
          <w:b/>
          <w:i w:val="0"/>
        </w:rPr>
        <w:t>Qual è la camera più grande?</w:t>
      </w:r>
    </w:p>
    <w:p>
      <w:pPr>
        <w:ind w:left="259"/>
      </w:pPr>
      <w:r>
        <w:t>A) La camera del narratore   B) La camera di Marta   C) Non si dice</w:t>
      </w:r>
    </w:p>
    <w:p>
      <w:r>
        <w:rPr>
          <w:b/>
          <w:i w:val="0"/>
          <w:color w:val="3E3A6F"/>
        </w:rPr>
        <w:t xml:space="preserve">29. </w:t>
      </w:r>
      <w:r>
        <w:rPr>
          <w:b/>
          <w:i w:val="0"/>
        </w:rPr>
        <w:t>Quanti giorni rimangono?</w:t>
      </w:r>
    </w:p>
    <w:p>
      <w:pPr>
        <w:ind w:left="259"/>
      </w:pPr>
      <w:r>
        <w:t>A) Due   B) Tre   C) Quattro</w:t>
      </w:r>
    </w:p>
    <w:p>
      <w:r>
        <w:rPr>
          <w:b/>
          <w:i w:val="0"/>
          <w:color w:val="3E3A6F"/>
        </w:rPr>
        <w:t xml:space="preserve">30. </w:t>
      </w:r>
      <w:r>
        <w:rPr>
          <w:b/>
          <w:i w:val="0"/>
        </w:rPr>
        <w:t>Quale frase è vera?</w:t>
      </w:r>
    </w:p>
    <w:p>
      <w:pPr>
        <w:ind w:left="259"/>
      </w:pPr>
      <w:r>
        <w:t>A) La camera di Marta è la più rumorosa.   B) Non amano il posto.   C) La camera di Marta è comodissima.</w:t>
      </w:r>
    </w:p>
    <w:p>
      <w:pPr>
        <w:pStyle w:val="Heading1"/>
      </w:pPr>
      <w:r>
        <w:t>D. ASCOLTO</w:t>
      </w:r>
    </w:p>
    <w:p>
      <w:pPr>
        <w:pStyle w:val="SectionLabel"/>
      </w:pPr>
      <w:r>
        <w:t>Comprensione auditiva e dettato</w:t>
      </w:r>
    </w:p>
    <w:p>
      <w:pPr>
        <w:pStyle w:val="Heading2"/>
      </w:pPr>
      <w:r>
        <w:rPr>
          <w:b/>
          <w:i w:val="0"/>
          <w:color w:val="3E3A6F"/>
        </w:rPr>
        <w:t>Esercizio 7 · Audio A · Quale descrizione?</w:t>
      </w:r>
    </w:p>
    <w:p>
      <w:pPr>
        <w:spacing w:after="80"/>
      </w:pPr>
      <w:r>
        <w:t>Ascolta e abbina ogni persona alla descrizione corretta. Ogni opzione si usa una sola volta.</w:t>
      </w:r>
    </w:p>
    <w:p>
      <w:r>
        <w:t>A. albergo vicino al lago   B. appartamento in città   C. borgo in montagna</w:t>
      </w:r>
    </w:p>
    <w:p>
      <w:pPr>
        <w:spacing w:after="40"/>
      </w:pPr>
      <w:r>
        <w:rPr>
          <w:b/>
          <w:i w:val="0"/>
          <w:color w:val="3E3A6F"/>
        </w:rPr>
        <w:t xml:space="preserve">31. </w:t>
      </w:r>
      <w:r>
        <w:rPr>
          <w:b w:val="0"/>
          <w:i w:val="0"/>
        </w:rPr>
        <w:t>Persona 1 → ______</w:t>
      </w:r>
    </w:p>
    <w:p>
      <w:pPr>
        <w:spacing w:after="40"/>
      </w:pPr>
      <w:r>
        <w:rPr>
          <w:b/>
          <w:i w:val="0"/>
          <w:color w:val="3E3A6F"/>
        </w:rPr>
        <w:t xml:space="preserve">32. </w:t>
      </w:r>
      <w:r>
        <w:rPr>
          <w:b w:val="0"/>
          <w:i w:val="0"/>
        </w:rPr>
        <w:t>Persona 2 → ______</w:t>
      </w:r>
    </w:p>
    <w:p>
      <w:pPr>
        <w:spacing w:after="40"/>
      </w:pPr>
      <w:r>
        <w:rPr>
          <w:b/>
          <w:i w:val="0"/>
          <w:color w:val="3E3A6F"/>
        </w:rPr>
        <w:t xml:space="preserve">33. </w:t>
      </w:r>
      <w:r>
        <w:rPr>
          <w:b w:val="0"/>
          <w:i w:val="0"/>
        </w:rPr>
        <w:t>Persona 3 → ______</w:t>
      </w:r>
    </w:p>
    <w:p>
      <w:pPr>
        <w:pStyle w:val="Heading2"/>
      </w:pPr>
      <w:r>
        <w:rPr>
          <w:b/>
          <w:i w:val="0"/>
          <w:color w:val="3E3A6F"/>
        </w:rPr>
        <w:t>Audio B · Dettato</w:t>
      </w:r>
    </w:p>
    <w:p>
      <w:pPr>
        <w:spacing w:after="80"/>
      </w:pPr>
      <w:r>
        <w:t>Ascolta e scrivi le tre frasi complete. Fai attenzione a molto, -issimo e ai superlativi relativi.</w:t>
      </w:r>
    </w:p>
    <w:p>
      <w:pPr>
        <w:spacing w:after="40"/>
      </w:pPr>
      <w:r>
        <w:rPr>
          <w:b/>
          <w:i w:val="0"/>
          <w:color w:val="3E3A6F"/>
        </w:rPr>
        <w:t xml:space="preserve">34. </w:t>
      </w:r>
      <w:r>
        <w:rPr>
          <w:b w:val="0"/>
          <w:i w:val="0"/>
        </w:rPr>
      </w:r>
    </w:p>
    <w:p>
      <w:pPr>
        <w:spacing w:after="60"/>
      </w:pPr>
      <w:r>
        <w:t xml:space="preserve">   ________________________________________________________________</w:t>
      </w:r>
    </w:p>
    <w:p>
      <w:pPr>
        <w:spacing w:after="40"/>
      </w:pPr>
      <w:r>
        <w:rPr>
          <w:b/>
          <w:i w:val="0"/>
          <w:color w:val="3E3A6F"/>
        </w:rPr>
        <w:t xml:space="preserve">35. </w:t>
      </w:r>
      <w:r>
        <w:rPr>
          <w:b w:val="0"/>
          <w:i w:val="0"/>
        </w:rPr>
      </w:r>
    </w:p>
    <w:p>
      <w:pPr>
        <w:spacing w:after="60"/>
      </w:pPr>
      <w:r>
        <w:t xml:space="preserve">   ________________________________________________________________</w:t>
      </w:r>
    </w:p>
    <w:p>
      <w:pPr>
        <w:spacing w:after="40"/>
      </w:pPr>
      <w:r>
        <w:rPr>
          <w:b/>
          <w:i w:val="0"/>
          <w:color w:val="3E3A6F"/>
        </w:rPr>
        <w:t xml:space="preserve">36. </w:t>
      </w:r>
      <w:r>
        <w:rPr>
          <w:b w:val="0"/>
          <w:i w:val="0"/>
        </w:rPr>
      </w:r>
    </w:p>
    <w:p>
      <w:pPr>
        <w:spacing w:after="60"/>
      </w:pPr>
      <w:r>
        <w:t xml:space="preserve">   ________________________________________________________________</w:t>
      </w:r>
    </w:p>
    <w:p>
      <w:pPr>
        <w:pStyle w:val="Heading1"/>
      </w:pPr>
      <w:r>
        <w:t>E. PRONUNCIO</w:t>
      </w:r>
    </w:p>
    <w:p>
      <w:pPr>
        <w:pStyle w:val="Heading2"/>
      </w:pPr>
      <w:r>
        <w:rPr>
          <w:b/>
          <w:i w:val="0"/>
          <w:color w:val="3E3A6F"/>
        </w:rPr>
        <w:t>Esercizio 8 · Suono Z</w:t>
      </w:r>
    </w:p>
    <w:p>
      <w:pPr>
        <w:spacing w:after="80"/>
      </w:pPr>
      <w:r>
        <w:t>Ascolta una parola per ogni item e sottolinea quella che senti. Fai attenzione al suono della Z e alle parole molto simili.</w:t>
      </w:r>
    </w:p>
    <w:p>
      <w:pPr>
        <w:spacing w:after="40"/>
      </w:pPr>
      <w:r>
        <w:rPr>
          <w:b/>
          <w:i w:val="0"/>
          <w:color w:val="3E3A6F"/>
        </w:rPr>
        <w:t xml:space="preserve">37. </w:t>
      </w:r>
      <w:r>
        <w:rPr>
          <w:b w:val="0"/>
          <w:i w:val="0"/>
        </w:rPr>
        <w:t>pizza / piazza</w:t>
      </w:r>
    </w:p>
    <w:p>
      <w:pPr>
        <w:spacing w:after="40"/>
      </w:pPr>
      <w:r>
        <w:rPr>
          <w:b/>
          <w:i w:val="0"/>
          <w:color w:val="3E3A6F"/>
        </w:rPr>
        <w:t xml:space="preserve">38. </w:t>
      </w:r>
      <w:r>
        <w:rPr>
          <w:b w:val="0"/>
          <w:i w:val="0"/>
        </w:rPr>
        <w:t>pezzo / prezzo</w:t>
      </w:r>
    </w:p>
    <w:p>
      <w:pPr>
        <w:spacing w:after="40"/>
      </w:pPr>
      <w:r>
        <w:rPr>
          <w:b/>
          <w:i w:val="0"/>
          <w:color w:val="3E3A6F"/>
        </w:rPr>
        <w:t xml:space="preserve">39. </w:t>
      </w:r>
      <w:r>
        <w:rPr>
          <w:b w:val="0"/>
          <w:i w:val="0"/>
        </w:rPr>
        <w:t>mezzo / mese</w:t>
      </w:r>
    </w:p>
    <w:p>
      <w:pPr>
        <w:spacing w:after="40"/>
      </w:pPr>
      <w:r>
        <w:rPr>
          <w:b/>
          <w:i w:val="0"/>
          <w:color w:val="3E3A6F"/>
        </w:rPr>
        <w:t xml:space="preserve">40. </w:t>
      </w:r>
      <w:r>
        <w:rPr>
          <w:b w:val="0"/>
          <w:i w:val="0"/>
        </w:rPr>
        <w:t>piazza / pianta</w:t>
      </w:r>
    </w:p>
    <w:p>
      <w:r>
        <w:br w:type="page"/>
      </w:r>
    </w:p>
    <w:p>
      <w:pPr>
        <w:pStyle w:val="Heading1"/>
      </w:pPr>
      <w:r>
        <w:t>F. SOLUZIONI</w:t>
      </w:r>
    </w:p>
    <w:p>
      <w:pPr>
        <w:pStyle w:val="SectionLabel"/>
      </w:pPr>
      <w:r>
        <w:t>Respuestas y transcripciones</w:t>
      </w:r>
    </w:p>
    <w:p>
      <w:r>
        <w:rPr>
          <w:b/>
          <w:i w:val="0"/>
          <w:color w:val="3E3A6F"/>
        </w:rPr>
        <w:t>PRATICO · Esercizio 1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1. A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2. B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3. C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4. D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5. B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</w:p>
        </w:tc>
      </w:tr>
    </w:tbl>
    <w:p/>
    <w:p>
      <w:r>
        <w:rPr>
          <w:b/>
          <w:i w:val="0"/>
          <w:color w:val="3E3A6F"/>
        </w:rPr>
        <w:t>PRATICO · Esercizio 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6. comodissima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7. piccolissimo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8. comodissime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9. tranquillissimi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10. saporitissima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</w:p>
        </w:tc>
      </w:tr>
    </w:tbl>
    <w:p/>
    <w:p>
      <w:r>
        <w:rPr>
          <w:b/>
          <w:i w:val="0"/>
          <w:color w:val="3E3A6F"/>
        </w:rPr>
        <w:t>PRATICO · Esercizio 3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11. comodissimo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12. comodissime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13. strettissima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14. piccolissimi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15. saporitissima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</w:p>
        </w:tc>
      </w:tr>
    </w:tbl>
    <w:p/>
    <w:p>
      <w:r>
        <w:rPr>
          <w:b/>
          <w:i w:val="0"/>
          <w:color w:val="3E3A6F"/>
        </w:rPr>
        <w:t>PRATICO · Esercizio 4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16. Questa è la camera più tranquilla dell’albergo.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17. Questo è l’albergo meno rumoroso della zona.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18. Queste sono le camere più comode dell’albergo.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19. Questo è il borgo più piccolo della zona.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20. Questa è la strada meno stretta della zona.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</w:p>
        </w:tc>
      </w:tr>
    </w:tbl>
    <w:p/>
    <w:p>
      <w:r>
        <w:rPr>
          <w:b/>
          <w:i w:val="0"/>
          <w:color w:val="3E3A6F"/>
        </w:rPr>
        <w:t>PRATICO · Esercizio 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21. La camera è comodissima.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22. La strada è strettissima.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23. Questa è la camera più tranquilla.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24. Questo è l’albergo meno rumoroso.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25. La pizza è saporitissima.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</w:p>
        </w:tc>
      </w:tr>
    </w:tbl>
    <w:p/>
    <w:p>
      <w:r>
        <w:rPr>
          <w:b/>
          <w:i w:val="0"/>
          <w:color w:val="3E3A6F"/>
        </w:rPr>
        <w:t>LEGGO · Esercizio 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26. B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27. B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28. A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29. B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30. C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</w:p>
        </w:tc>
      </w:tr>
    </w:tbl>
    <w:p/>
    <w:p>
      <w:r>
        <w:rPr>
          <w:b/>
          <w:i w:val="0"/>
          <w:color w:val="3E3A6F"/>
        </w:rPr>
        <w:t>ASCOLTO · Audio 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31. A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32. B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33. C</w:t>
            </w:r>
          </w:p>
        </w:tc>
        <w:tc>
          <w:tcPr>
            <w:tcW w:type="dxa" w:w="5184"/>
          </w:tcPr>
          <w:p>
            <w:pPr>
              <w:spacing w:after="0"/>
            </w:pPr>
            <w:r/>
          </w:p>
        </w:tc>
      </w:tr>
    </w:tbl>
    <w:p/>
    <w:p>
      <w:r>
        <w:rPr>
          <w:b/>
          <w:i w:val="0"/>
          <w:color w:val="3E3A6F"/>
        </w:rPr>
        <w:t>PRONUNCIO · Esercizio 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pPr>
              <w:spacing w:after="0"/>
            </w:pPr>
            <w:r>
              <w:t>37. pizza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38. prezzo</w:t>
            </w:r>
          </w:p>
        </w:tc>
      </w:tr>
      <w:tr>
        <w:tc>
          <w:tcPr>
            <w:tcW w:type="dxa" w:w="5184"/>
          </w:tcPr>
          <w:p>
            <w:pPr>
              <w:spacing w:after="0"/>
            </w:pPr>
            <w:r>
              <w:t>39. mezzo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>40. piazza</w:t>
            </w:r>
          </w:p>
        </w:tc>
      </w:tr>
    </w:tbl>
    <w:p/>
    <w:p>
      <w:r>
        <w:rPr>
          <w:b/>
          <w:i w:val="0"/>
          <w:color w:val="3E3A6F"/>
        </w:rPr>
        <w:t>Transcript · Audio A</w:t>
      </w:r>
    </w:p>
    <w:p>
      <w:r>
        <w:t>1. Rimaniamo in un albergo vicino al lago. La zona è tranquillissima.</w:t>
      </w:r>
    </w:p>
    <w:p>
      <w:r>
        <w:t>2. Ho un appartamento in città. È molto comodo.</w:t>
      </w:r>
    </w:p>
    <w:p>
      <w:r>
        <w:t>3. Amo questo borgo in montagna. È piccolissimo.</w:t>
      </w:r>
    </w:p>
    <w:p>
      <w:r>
        <w:rPr>
          <w:b/>
          <w:i w:val="0"/>
          <w:color w:val="3E3A6F"/>
        </w:rPr>
        <w:t>ASCOLTO · Audio B · Dettato</w:t>
      </w:r>
    </w:p>
    <w:p>
      <w:r>
        <w:t>34. Non voglio una camera molto rumorosa.</w:t>
      </w:r>
    </w:p>
    <w:p>
      <w:r>
        <w:t>35. Questa è la camera più tranquilla dell’albergo.</w:t>
      </w:r>
    </w:p>
    <w:p>
      <w:r>
        <w:t>36. La pizza è saporitissima.</w:t>
      </w:r>
    </w:p>
    <w:p>
      <w:r>
        <w:rPr>
          <w:b/>
          <w:i w:val="0"/>
          <w:color w:val="3E3A6F"/>
        </w:rPr>
        <w:t>Script · Pronuncio</w:t>
      </w:r>
    </w:p>
    <w:p>
      <w:r>
        <w:t>37. pizza   38. prezzo   39. mezzo   40. piazza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3E3A6F"/>
        <w:sz w:val="16"/>
      </w:rPr>
      <w:t>sherpalanguages.com · Material exclusivo para uso del alumno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3E3A6F"/>
        <w:sz w:val="18"/>
      </w:rPr>
      <w:t>BASE ITALIA · GUIDA 09.3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E3A6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3E3A6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3E3A6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Label">
    <w:name w:val="SectionLabel"/>
    <w:rPr>
      <w:rFonts w:ascii="Aptos" w:hAnsi="Aptos"/>
      <w:b/>
      <w:color w:val="3E3A6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